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EC6" w:rsidRPr="00DB3BB6" w:rsidRDefault="008A4831">
      <w:pPr>
        <w:rPr>
          <w:rFonts w:hint="eastAsia"/>
          <w:lang w:val="fr-FR"/>
        </w:rPr>
      </w:pPr>
      <w:r w:rsidRPr="00DB3BB6">
        <w:rPr>
          <w:b/>
          <w:sz w:val="32"/>
          <w:lang w:val="fr-FR"/>
        </w:rPr>
        <w:t>COLLÈGE ARTHUR RIMBAUD</w:t>
      </w:r>
      <w:r w:rsidR="00DB3BB6">
        <w:rPr>
          <w:lang w:val="fr-FR"/>
        </w:rPr>
        <w:br/>
      </w:r>
      <w:r w:rsidRPr="00DB3BB6">
        <w:rPr>
          <w:b/>
          <w:lang w:val="fr-FR"/>
        </w:rPr>
        <w:t>15 avenue de la Paix – 80080 Amiens</w:t>
      </w:r>
      <w:bookmarkStart w:id="0" w:name="_GoBack"/>
      <w:bookmarkEnd w:id="0"/>
      <w:r w:rsidR="00DB3BB6">
        <w:rPr>
          <w:lang w:val="fr-FR"/>
        </w:rPr>
        <w:br/>
      </w:r>
      <w:r w:rsidRPr="00DB3BB6">
        <w:rPr>
          <w:lang w:val="fr-FR"/>
        </w:rPr>
        <w:t xml:space="preserve">SIRET : 198 012 635 00027  </w:t>
      </w:r>
      <w:r w:rsidR="00DB3BB6">
        <w:rPr>
          <w:lang w:val="fr-FR"/>
        </w:rPr>
        <w:br/>
      </w:r>
      <w:r w:rsidRPr="00DB3BB6">
        <w:rPr>
          <w:lang w:val="fr-FR"/>
        </w:rPr>
        <w:t>TVA intracommunautaire : FR23 198012635</w:t>
      </w:r>
    </w:p>
    <w:p w:rsidR="001A5EC6" w:rsidRPr="00DB3BB6" w:rsidRDefault="008A4831" w:rsidP="00DB3BB6">
      <w:pPr>
        <w:jc w:val="right"/>
        <w:rPr>
          <w:rFonts w:hint="eastAsia"/>
          <w:lang w:val="fr-FR"/>
        </w:rPr>
      </w:pPr>
      <w:r w:rsidRPr="00DB3BB6">
        <w:rPr>
          <w:b/>
          <w:sz w:val="28"/>
          <w:lang w:val="fr-FR"/>
        </w:rPr>
        <w:t>DEMANDE DE DEVIS – TRANSPORT SCOLAIRE</w:t>
      </w:r>
    </w:p>
    <w:p w:rsidR="001A5EC6" w:rsidRPr="00DB3BB6" w:rsidRDefault="008A4831" w:rsidP="00DB3BB6">
      <w:pPr>
        <w:jc w:val="right"/>
        <w:rPr>
          <w:rFonts w:hint="eastAsia"/>
          <w:lang w:val="fr-FR"/>
        </w:rPr>
      </w:pPr>
      <w:r w:rsidRPr="00DB3BB6">
        <w:rPr>
          <w:i/>
          <w:lang w:val="fr-FR"/>
        </w:rPr>
        <w:t>Amiens ↔ Aéroport Paris-Beauvais – 1er et 4 décembre 2026</w:t>
      </w:r>
    </w:p>
    <w:p w:rsidR="001A5EC6" w:rsidRPr="00DB3BB6" w:rsidRDefault="008A4831">
      <w:pPr>
        <w:rPr>
          <w:rFonts w:hint="eastAsia"/>
          <w:lang w:val="fr-FR"/>
        </w:rPr>
      </w:pPr>
      <w:r w:rsidRPr="00DB3BB6">
        <w:rPr>
          <w:lang w:val="fr-FR"/>
        </w:rPr>
        <w:t>Madame, Monsieur,</w:t>
      </w:r>
    </w:p>
    <w:p w:rsidR="001A5EC6" w:rsidRPr="00DB3BB6" w:rsidRDefault="008A4831">
      <w:pPr>
        <w:rPr>
          <w:rFonts w:hint="eastAsia"/>
          <w:lang w:val="fr-FR"/>
        </w:rPr>
      </w:pPr>
      <w:r w:rsidRPr="00DB3BB6">
        <w:rPr>
          <w:lang w:val="fr-FR"/>
        </w:rPr>
        <w:t>Le Collège</w:t>
      </w:r>
      <w:r w:rsidRPr="00DB3BB6">
        <w:rPr>
          <w:lang w:val="fr-FR"/>
        </w:rPr>
        <w:t xml:space="preserve"> Arthur Rimbaud d’Amiens souhaite obtenir un devis pour la prise en charge d’un groupe dans le cadre d’un voyage scolaire, pour les trajets aller et retour entre l’établissement et l’aéroport Paris-Beauvais.</w:t>
      </w:r>
    </w:p>
    <w:p w:rsidR="001A5EC6" w:rsidRPr="00DB3BB6" w:rsidRDefault="008A4831">
      <w:pPr>
        <w:spacing w:before="160" w:after="80"/>
        <w:rPr>
          <w:rFonts w:hint="eastAsia"/>
          <w:lang w:val="fr-FR"/>
        </w:rPr>
      </w:pPr>
      <w:r w:rsidRPr="00DB3BB6">
        <w:rPr>
          <w:b/>
          <w:sz w:val="23"/>
          <w:lang w:val="fr-FR"/>
        </w:rPr>
        <w:t>TRAJET ALLER – Mardi 1er décembre 2026</w:t>
      </w:r>
    </w:p>
    <w:p w:rsidR="001A5EC6" w:rsidRPr="00DB3BB6" w:rsidRDefault="008A4831">
      <w:pPr>
        <w:ind w:left="227"/>
        <w:rPr>
          <w:rFonts w:hint="eastAsia"/>
          <w:lang w:val="fr-FR"/>
        </w:rPr>
      </w:pPr>
      <w:r w:rsidRPr="00DB3BB6">
        <w:rPr>
          <w:b/>
          <w:lang w:val="fr-FR"/>
        </w:rPr>
        <w:t xml:space="preserve">Départ : </w:t>
      </w:r>
      <w:r w:rsidRPr="00DB3BB6">
        <w:rPr>
          <w:lang w:val="fr-FR"/>
        </w:rPr>
        <w:t>Collège Arthur Rimbaud, 15 avenue de la Paix, 80080 Amiens</w:t>
      </w:r>
    </w:p>
    <w:p w:rsidR="001A5EC6" w:rsidRPr="00DB3BB6" w:rsidRDefault="008A4831">
      <w:pPr>
        <w:ind w:left="227"/>
        <w:rPr>
          <w:rFonts w:hint="eastAsia"/>
          <w:lang w:val="fr-FR"/>
        </w:rPr>
      </w:pPr>
      <w:r w:rsidRPr="00DB3BB6">
        <w:rPr>
          <w:b/>
          <w:lang w:val="fr-FR"/>
        </w:rPr>
        <w:t xml:space="preserve">Destination : </w:t>
      </w:r>
      <w:r w:rsidRPr="00DB3BB6">
        <w:rPr>
          <w:lang w:val="fr-FR"/>
        </w:rPr>
        <w:t>Aéroport Paris-Beauvais</w:t>
      </w:r>
    </w:p>
    <w:p w:rsidR="001A5EC6" w:rsidRPr="00DB3BB6" w:rsidRDefault="008A4831">
      <w:pPr>
        <w:ind w:left="227"/>
        <w:rPr>
          <w:rFonts w:hint="eastAsia"/>
          <w:lang w:val="fr-FR"/>
        </w:rPr>
      </w:pPr>
      <w:r w:rsidRPr="00DB3BB6">
        <w:rPr>
          <w:b/>
          <w:lang w:val="fr-FR"/>
        </w:rPr>
        <w:t xml:space="preserve">Nombre de passagers : </w:t>
      </w:r>
      <w:r w:rsidRPr="00DB3BB6">
        <w:rPr>
          <w:lang w:val="fr-FR"/>
        </w:rPr>
        <w:t>6 personnes (4 élèves + 2 professeurs)</w:t>
      </w:r>
    </w:p>
    <w:p w:rsidR="001A5EC6" w:rsidRPr="00DB3BB6" w:rsidRDefault="008A4831">
      <w:pPr>
        <w:ind w:left="227"/>
        <w:rPr>
          <w:rFonts w:hint="eastAsia"/>
          <w:lang w:val="fr-FR"/>
        </w:rPr>
      </w:pPr>
      <w:r w:rsidRPr="00DB3BB6">
        <w:rPr>
          <w:b/>
          <w:lang w:val="fr-FR"/>
        </w:rPr>
        <w:t xml:space="preserve">Départ du vol : </w:t>
      </w:r>
      <w:r w:rsidRPr="00DB3BB6">
        <w:rPr>
          <w:lang w:val="fr-FR"/>
        </w:rPr>
        <w:t>21 h 20</w:t>
      </w:r>
    </w:p>
    <w:p w:rsidR="001A5EC6" w:rsidRPr="00DB3BB6" w:rsidRDefault="008A4831">
      <w:pPr>
        <w:rPr>
          <w:rFonts w:hint="eastAsia"/>
          <w:lang w:val="fr-FR"/>
        </w:rPr>
      </w:pPr>
      <w:r w:rsidRPr="00DB3BB6">
        <w:rPr>
          <w:lang w:val="fr-FR"/>
        </w:rPr>
        <w:t xml:space="preserve">Merci de nous proposer un horaire de prise en charge permettant au groupe </w:t>
      </w:r>
      <w:r w:rsidRPr="00DB3BB6">
        <w:rPr>
          <w:lang w:val="fr-FR"/>
        </w:rPr>
        <w:t>d’arriver à l’aéroport avec une avance suffisante pour effectuer les formalités d’enregistrement et d’embarquement.</w:t>
      </w:r>
    </w:p>
    <w:p w:rsidR="001A5EC6" w:rsidRPr="00DB3BB6" w:rsidRDefault="008A4831">
      <w:pPr>
        <w:spacing w:before="160" w:after="80"/>
        <w:rPr>
          <w:rFonts w:hint="eastAsia"/>
          <w:lang w:val="fr-FR"/>
        </w:rPr>
      </w:pPr>
      <w:r w:rsidRPr="00DB3BB6">
        <w:rPr>
          <w:b/>
          <w:sz w:val="23"/>
          <w:lang w:val="fr-FR"/>
        </w:rPr>
        <w:t>TRAJET RETOUR – Vendredi 4 décembre 2026</w:t>
      </w:r>
    </w:p>
    <w:p w:rsidR="001A5EC6" w:rsidRPr="00DB3BB6" w:rsidRDefault="008A4831">
      <w:pPr>
        <w:ind w:left="227"/>
        <w:rPr>
          <w:rFonts w:hint="eastAsia"/>
          <w:lang w:val="fr-FR"/>
        </w:rPr>
      </w:pPr>
      <w:r w:rsidRPr="00DB3BB6">
        <w:rPr>
          <w:b/>
          <w:lang w:val="fr-FR"/>
        </w:rPr>
        <w:t xml:space="preserve">Départ : </w:t>
      </w:r>
      <w:r w:rsidRPr="00DB3BB6">
        <w:rPr>
          <w:lang w:val="fr-FR"/>
        </w:rPr>
        <w:t>Aéroport Paris-Beauvais</w:t>
      </w:r>
    </w:p>
    <w:p w:rsidR="001A5EC6" w:rsidRPr="00DB3BB6" w:rsidRDefault="008A4831">
      <w:pPr>
        <w:ind w:left="227"/>
        <w:rPr>
          <w:rFonts w:hint="eastAsia"/>
          <w:lang w:val="fr-FR"/>
        </w:rPr>
      </w:pPr>
      <w:r w:rsidRPr="00DB3BB6">
        <w:rPr>
          <w:b/>
          <w:lang w:val="fr-FR"/>
        </w:rPr>
        <w:t xml:space="preserve">Destination : </w:t>
      </w:r>
      <w:r w:rsidRPr="00DB3BB6">
        <w:rPr>
          <w:lang w:val="fr-FR"/>
        </w:rPr>
        <w:t xml:space="preserve">Collège Arthur Rimbaud, 15 avenue de la Paix, 80080 </w:t>
      </w:r>
      <w:r w:rsidRPr="00DB3BB6">
        <w:rPr>
          <w:lang w:val="fr-FR"/>
        </w:rPr>
        <w:t>Amiens</w:t>
      </w:r>
    </w:p>
    <w:p w:rsidR="001A5EC6" w:rsidRPr="00DB3BB6" w:rsidRDefault="008A4831">
      <w:pPr>
        <w:ind w:left="227"/>
        <w:rPr>
          <w:rFonts w:hint="eastAsia"/>
          <w:lang w:val="fr-FR"/>
        </w:rPr>
      </w:pPr>
      <w:r w:rsidRPr="00DB3BB6">
        <w:rPr>
          <w:b/>
          <w:lang w:val="fr-FR"/>
        </w:rPr>
        <w:t xml:space="preserve">Nombre de passagers : </w:t>
      </w:r>
      <w:r w:rsidRPr="00DB3BB6">
        <w:rPr>
          <w:lang w:val="fr-FR"/>
        </w:rPr>
        <w:t>8 personnes (4 élèves + 4 professeurs)</w:t>
      </w:r>
    </w:p>
    <w:p w:rsidR="001A5EC6" w:rsidRPr="00DB3BB6" w:rsidRDefault="008A4831">
      <w:pPr>
        <w:ind w:left="227"/>
        <w:rPr>
          <w:rFonts w:hint="eastAsia"/>
          <w:lang w:val="fr-FR"/>
        </w:rPr>
      </w:pPr>
      <w:r w:rsidRPr="00DB3BB6">
        <w:rPr>
          <w:b/>
          <w:lang w:val="fr-FR"/>
        </w:rPr>
        <w:t xml:space="preserve">Arrivée prévue du vol : </w:t>
      </w:r>
      <w:r w:rsidRPr="00DB3BB6">
        <w:rPr>
          <w:lang w:val="fr-FR"/>
        </w:rPr>
        <w:t>21 h 20</w:t>
      </w:r>
    </w:p>
    <w:p w:rsidR="001A5EC6" w:rsidRPr="00DB3BB6" w:rsidRDefault="008A4831">
      <w:pPr>
        <w:rPr>
          <w:rFonts w:hint="eastAsia"/>
          <w:lang w:val="fr-FR"/>
        </w:rPr>
      </w:pPr>
      <w:r w:rsidRPr="00DB3BB6">
        <w:rPr>
          <w:lang w:val="fr-FR"/>
        </w:rPr>
        <w:t>La prise en charge devra prévoir un délai suffisant après l’atterrissage pour permettre la sortie de l’aéroport et la récupération des bagages.</w:t>
      </w:r>
      <w:r w:rsidR="00DB3BB6">
        <w:rPr>
          <w:lang w:val="fr-FR"/>
        </w:rPr>
        <w:t xml:space="preserve"> </w:t>
      </w:r>
      <w:r w:rsidRPr="00DB3BB6">
        <w:rPr>
          <w:lang w:val="fr-FR"/>
        </w:rPr>
        <w:t>Le groupe vo</w:t>
      </w:r>
      <w:r w:rsidRPr="00DB3BB6">
        <w:rPr>
          <w:lang w:val="fr-FR"/>
        </w:rPr>
        <w:t>yagera avec des bagages. Merci de prévoir un véhicule adapté au nombre de passagers et disposant d’une capacité suffisante pour ceux-ci.</w:t>
      </w:r>
    </w:p>
    <w:p w:rsidR="00DB3BB6" w:rsidRDefault="008A4831">
      <w:pPr>
        <w:rPr>
          <w:lang w:val="fr-FR"/>
        </w:rPr>
      </w:pPr>
      <w:r w:rsidRPr="00DB3BB6">
        <w:rPr>
          <w:lang w:val="fr-FR"/>
        </w:rPr>
        <w:t>Dans la mesure où ce déplacement concerne des élèves mineurs accompagnés par des enseignants, nous vous remercions de b</w:t>
      </w:r>
      <w:r w:rsidRPr="00DB3BB6">
        <w:rPr>
          <w:lang w:val="fr-FR"/>
        </w:rPr>
        <w:t>ien vouloir confirmer que votre entreprise dispose des autorisations, licences et assurances nécessaires pour effectuer du transport collectif de personnes dans le cadre d’un déplacement scolaire.</w:t>
      </w:r>
    </w:p>
    <w:p w:rsidR="001A5EC6" w:rsidRPr="00DB3BB6" w:rsidRDefault="008A4831">
      <w:pPr>
        <w:rPr>
          <w:rFonts w:hint="eastAsia"/>
          <w:lang w:val="fr-FR"/>
        </w:rPr>
      </w:pPr>
      <w:r w:rsidRPr="00DB3BB6">
        <w:rPr>
          <w:lang w:val="fr-FR"/>
        </w:rPr>
        <w:t>M</w:t>
      </w:r>
      <w:r w:rsidRPr="00DB3BB6">
        <w:rPr>
          <w:lang w:val="fr-FR"/>
        </w:rPr>
        <w:t>erci d’établir le devis au nom du Collège Arthur Rimbaud – Amiens.</w:t>
      </w:r>
    </w:p>
    <w:p w:rsidR="001A5EC6" w:rsidRPr="00DB3BB6" w:rsidRDefault="008A4831">
      <w:pPr>
        <w:rPr>
          <w:rFonts w:hint="eastAsia"/>
          <w:lang w:val="fr-FR"/>
        </w:rPr>
      </w:pPr>
      <w:r w:rsidRPr="00DB3BB6">
        <w:rPr>
          <w:lang w:val="fr-FR"/>
        </w:rPr>
        <w:t xml:space="preserve">Nous restons à votre disposition </w:t>
      </w:r>
      <w:r w:rsidRPr="00DB3BB6">
        <w:rPr>
          <w:lang w:val="fr-FR"/>
        </w:rPr>
        <w:t>pour tout renseignement complémentaire.</w:t>
      </w:r>
    </w:p>
    <w:p w:rsidR="001A5EC6" w:rsidRPr="00DB3BB6" w:rsidRDefault="008A4831">
      <w:pPr>
        <w:rPr>
          <w:rFonts w:hint="eastAsia"/>
          <w:lang w:val="fr-FR"/>
        </w:rPr>
      </w:pPr>
      <w:r w:rsidRPr="00DB3BB6">
        <w:rPr>
          <w:lang w:val="fr-FR"/>
        </w:rPr>
        <w:t>Cordialement,</w:t>
      </w:r>
    </w:p>
    <w:p w:rsidR="001A5EC6" w:rsidRPr="00DB3BB6" w:rsidRDefault="00DB3BB6" w:rsidP="00DB3BB6">
      <w:pPr>
        <w:jc w:val="right"/>
        <w:rPr>
          <w:rFonts w:hint="eastAsia"/>
          <w:lang w:val="fr-FR"/>
        </w:rPr>
      </w:pPr>
      <w:proofErr w:type="spellStart"/>
      <w:r>
        <w:rPr>
          <w:lang w:val="fr-FR"/>
        </w:rPr>
        <w:t>Eglantine</w:t>
      </w:r>
      <w:proofErr w:type="spellEnd"/>
      <w:r>
        <w:rPr>
          <w:lang w:val="fr-FR"/>
        </w:rPr>
        <w:t xml:space="preserve"> </w:t>
      </w:r>
      <w:proofErr w:type="spellStart"/>
      <w:r>
        <w:rPr>
          <w:lang w:val="fr-FR"/>
        </w:rPr>
        <w:t>Leturcq</w:t>
      </w:r>
      <w:proofErr w:type="spellEnd"/>
    </w:p>
    <w:sectPr w:rsidR="001A5EC6" w:rsidRPr="00DB3BB6" w:rsidSect="00DB3BB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libri"/>
    <w:panose1 w:val="020B0604020202020204"/>
    <w:charset w:val="00"/>
    <w:family w:val="swiss"/>
    <w:pitch w:val="variable"/>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005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9"/>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A5EC6"/>
    <w:rsid w:val="0029639D"/>
    <w:rsid w:val="00326F90"/>
    <w:rsid w:val="008A4831"/>
    <w:rsid w:val="00AA1D8D"/>
    <w:rsid w:val="00B47730"/>
    <w:rsid w:val="00CB0664"/>
    <w:rsid w:val="00DB3BB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3F2F060"/>
  <w14:defaultImageDpi w14:val="300"/>
  <w15:docId w15:val="{8F825330-8FD9-E046-A203-3BB59053E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Aptos" w:hAnsi="Aptos"/>
      <w:sz w:val="21"/>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7B73B-B268-D545-8F74-74B3F25FC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292</Words>
  <Characters>1609</Characters>
  <Application>Microsoft Office Word</Application>
  <DocSecurity>0</DocSecurity>
  <Lines>13</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1898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eglantine.dekydtspotter@orange.fr</cp:lastModifiedBy>
  <cp:revision>2</cp:revision>
  <dcterms:created xsi:type="dcterms:W3CDTF">2013-12-23T23:15:00Z</dcterms:created>
  <dcterms:modified xsi:type="dcterms:W3CDTF">2026-10-14T14:07:00Z</dcterms:modified>
  <cp:category/>
</cp:coreProperties>
</file>